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092B7" w14:textId="77777777" w:rsidR="005E4651" w:rsidRPr="0063322B" w:rsidRDefault="005E4651" w:rsidP="005E4651">
      <w:pPr>
        <w:jc w:val="center"/>
        <w:rPr>
          <w:rFonts w:asciiTheme="majorHAnsi" w:hAnsiTheme="majorHAnsi" w:cstheme="majorHAnsi"/>
          <w:sz w:val="40"/>
          <w:szCs w:val="40"/>
        </w:rPr>
      </w:pPr>
      <w:r w:rsidRPr="0063322B">
        <w:rPr>
          <w:rFonts w:asciiTheme="majorHAnsi" w:hAnsiTheme="majorHAnsi" w:cstheme="majorHAnsi"/>
          <w:b/>
          <w:sz w:val="40"/>
          <w:szCs w:val="40"/>
        </w:rPr>
        <w:t>Employee Performance &amp; Salary Revision Letter</w:t>
      </w:r>
    </w:p>
    <w:p w14:paraId="247937F8" w14:textId="77777777" w:rsidR="005E4651" w:rsidRPr="0063322B" w:rsidRDefault="005E4651" w:rsidP="005E4651">
      <w:pPr>
        <w:jc w:val="center"/>
        <w:rPr>
          <w:rFonts w:asciiTheme="majorHAnsi" w:hAnsiTheme="majorHAnsi" w:cstheme="majorHAnsi"/>
          <w:sz w:val="36"/>
          <w:szCs w:val="36"/>
        </w:rPr>
      </w:pPr>
      <w:r w:rsidRPr="0063322B">
        <w:rPr>
          <w:rFonts w:asciiTheme="majorHAnsi" w:hAnsiTheme="majorHAnsi" w:cstheme="majorHAnsi"/>
          <w:sz w:val="36"/>
          <w:szCs w:val="36"/>
        </w:rPr>
        <w:t>Demo API Template</w:t>
      </w:r>
    </w:p>
    <w:tbl>
      <w:tblPr>
        <w:tblStyle w:val="TableGrid"/>
        <w:tblW w:w="9076" w:type="dxa"/>
        <w:tblLook w:val="04A0" w:firstRow="1" w:lastRow="0" w:firstColumn="1" w:lastColumn="0" w:noHBand="0" w:noVBand="1"/>
      </w:tblPr>
      <w:tblGrid>
        <w:gridCol w:w="2163"/>
        <w:gridCol w:w="2817"/>
        <w:gridCol w:w="1743"/>
        <w:gridCol w:w="2353"/>
      </w:tblGrid>
      <w:tr w:rsidR="005E4651" w14:paraId="38909854" w14:textId="77777777" w:rsidTr="003A2E7B">
        <w:trPr>
          <w:trHeight w:val="299"/>
        </w:trPr>
        <w:tc>
          <w:tcPr>
            <w:tcW w:w="2163" w:type="dxa"/>
          </w:tcPr>
          <w:p w14:paraId="5964F57E"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Employee Name</w:t>
            </w:r>
          </w:p>
        </w:tc>
        <w:tc>
          <w:tcPr>
            <w:tcW w:w="2817" w:type="dxa"/>
          </w:tcPr>
          <w:p w14:paraId="112AB8CB"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«Employee_Name»</w:t>
            </w:r>
          </w:p>
        </w:tc>
        <w:tc>
          <w:tcPr>
            <w:tcW w:w="1743" w:type="dxa"/>
          </w:tcPr>
          <w:p w14:paraId="2F000B4E"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Employee ID</w:t>
            </w:r>
          </w:p>
        </w:tc>
        <w:tc>
          <w:tcPr>
            <w:tcW w:w="2353" w:type="dxa"/>
          </w:tcPr>
          <w:p w14:paraId="2FBE74B9"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«Employee_Id»</w:t>
            </w:r>
          </w:p>
        </w:tc>
      </w:tr>
      <w:tr w:rsidR="005E4651" w14:paraId="0423137A" w14:textId="77777777" w:rsidTr="003A2E7B">
        <w:trPr>
          <w:trHeight w:val="299"/>
        </w:trPr>
        <w:tc>
          <w:tcPr>
            <w:tcW w:w="2163" w:type="dxa"/>
          </w:tcPr>
          <w:p w14:paraId="1E308E0F"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Designation</w:t>
            </w:r>
          </w:p>
        </w:tc>
        <w:tc>
          <w:tcPr>
            <w:tcW w:w="2817" w:type="dxa"/>
          </w:tcPr>
          <w:p w14:paraId="47C68A20"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«Designation»</w:t>
            </w:r>
          </w:p>
        </w:tc>
        <w:tc>
          <w:tcPr>
            <w:tcW w:w="1743" w:type="dxa"/>
          </w:tcPr>
          <w:p w14:paraId="26ADBBB4"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Effective Date</w:t>
            </w:r>
          </w:p>
        </w:tc>
        <w:tc>
          <w:tcPr>
            <w:tcW w:w="2353" w:type="dxa"/>
          </w:tcPr>
          <w:p w14:paraId="7206A634"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«Effective_Date»</w:t>
            </w:r>
          </w:p>
        </w:tc>
      </w:tr>
      <w:tr w:rsidR="005E4651" w14:paraId="68A2363D" w14:textId="77777777" w:rsidTr="003A2E7B">
        <w:trPr>
          <w:trHeight w:val="287"/>
        </w:trPr>
        <w:tc>
          <w:tcPr>
            <w:tcW w:w="2163" w:type="dxa"/>
          </w:tcPr>
          <w:p w14:paraId="50AEE917" w14:textId="77777777" w:rsidR="005E4651" w:rsidRPr="00F41136" w:rsidRDefault="005E4651" w:rsidP="003A2E7B">
            <w:pPr>
              <w:rPr>
                <w:rFonts w:asciiTheme="majorHAnsi" w:hAnsiTheme="majorHAnsi" w:cstheme="majorHAnsi"/>
              </w:rPr>
            </w:pPr>
            <w:r>
              <w:rPr>
                <w:rFonts w:asciiTheme="majorHAnsi" w:hAnsiTheme="majorHAnsi" w:cstheme="majorHAnsi"/>
              </w:rPr>
              <w:t>Revised Salary</w:t>
            </w:r>
          </w:p>
        </w:tc>
        <w:tc>
          <w:tcPr>
            <w:tcW w:w="2817" w:type="dxa"/>
          </w:tcPr>
          <w:p w14:paraId="6130F2EB"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«Rounded_Salary»</w:t>
            </w:r>
          </w:p>
        </w:tc>
        <w:tc>
          <w:tcPr>
            <w:tcW w:w="1743" w:type="dxa"/>
          </w:tcPr>
          <w:p w14:paraId="2DE3F9DD" w14:textId="77777777" w:rsidR="005E4651" w:rsidRPr="00F41136" w:rsidRDefault="005E4651" w:rsidP="003A2E7B">
            <w:pPr>
              <w:rPr>
                <w:rFonts w:asciiTheme="majorHAnsi" w:hAnsiTheme="majorHAnsi" w:cstheme="majorHAnsi"/>
              </w:rPr>
            </w:pPr>
            <w:r>
              <w:rPr>
                <w:rFonts w:asciiTheme="majorHAnsi" w:hAnsiTheme="majorHAnsi" w:cstheme="majorHAnsi"/>
              </w:rPr>
              <w:t>Salary Increase</w:t>
            </w:r>
          </w:p>
        </w:tc>
        <w:tc>
          <w:tcPr>
            <w:tcW w:w="2353" w:type="dxa"/>
          </w:tcPr>
          <w:p w14:paraId="1DF55A9F" w14:textId="77777777" w:rsidR="005E4651" w:rsidRPr="00F41136" w:rsidRDefault="005E4651" w:rsidP="003A2E7B">
            <w:pPr>
              <w:rPr>
                <w:rFonts w:asciiTheme="majorHAnsi" w:hAnsiTheme="majorHAnsi" w:cstheme="majorHAnsi"/>
              </w:rPr>
            </w:pPr>
            <w:r w:rsidRPr="00F41136">
              <w:rPr>
                <w:rFonts w:asciiTheme="majorHAnsi" w:hAnsiTheme="majorHAnsi" w:cstheme="majorHAnsi"/>
              </w:rPr>
              <w:t>«Raise_Percentage»%</w:t>
            </w:r>
          </w:p>
        </w:tc>
      </w:tr>
    </w:tbl>
    <w:p w14:paraId="3207B002" w14:textId="77777777" w:rsidR="005E4651" w:rsidRDefault="005E4651" w:rsidP="005E4651"/>
    <w:p w14:paraId="6BF7FB24" w14:textId="77777777" w:rsidR="005E4651" w:rsidRPr="00F41136" w:rsidRDefault="005E4651" w:rsidP="005E4651">
      <w:pPr>
        <w:rPr>
          <w:rFonts w:asciiTheme="majorHAnsi" w:hAnsiTheme="majorHAnsi" w:cstheme="majorHAnsi"/>
        </w:rPr>
      </w:pPr>
      <w:r w:rsidRPr="00F41136">
        <w:rPr>
          <w:rFonts w:asciiTheme="majorHAnsi" w:hAnsiTheme="majorHAnsi" w:cstheme="majorHAnsi"/>
        </w:rPr>
        <w:t>Dear «Employee_Name»,</w:t>
      </w:r>
    </w:p>
    <w:p w14:paraId="236A79AF"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We are pleased to inform you that, in recognition of your dedication, hard work, and valuable contributions to the organization, your compensation has been revised.</w:t>
      </w:r>
    </w:p>
    <w:p w14:paraId="46CAEDBD"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As part of our commitment to recognizing employee performance and supporting professional growth, your salary has been increased by</w:t>
      </w:r>
      <w:r>
        <w:rPr>
          <w:rFonts w:asciiTheme="majorHAnsi" w:hAnsiTheme="majorHAnsi" w:cstheme="majorHAnsi"/>
        </w:rPr>
        <w:t xml:space="preserve"> </w:t>
      </w:r>
      <w:r w:rsidRPr="000A0D55">
        <w:rPr>
          <w:rFonts w:asciiTheme="majorHAnsi" w:hAnsiTheme="majorHAnsi" w:cstheme="majorHAnsi"/>
          <w:b/>
          <w:bCs/>
        </w:rPr>
        <w:t>«Raise_Percentage»%</w:t>
      </w:r>
      <w:r w:rsidRPr="000A0D55">
        <w:rPr>
          <w:rFonts w:asciiTheme="majorHAnsi" w:hAnsiTheme="majorHAnsi" w:cstheme="majorHAnsi"/>
        </w:rPr>
        <w:t>, effective</w:t>
      </w:r>
      <w:r>
        <w:rPr>
          <w:rFonts w:asciiTheme="majorHAnsi" w:hAnsiTheme="majorHAnsi" w:cstheme="majorHAnsi"/>
        </w:rPr>
        <w:t xml:space="preserve"> </w:t>
      </w:r>
      <w:r w:rsidRPr="000A0D55">
        <w:rPr>
          <w:rFonts w:asciiTheme="majorHAnsi" w:hAnsiTheme="majorHAnsi" w:cstheme="majorHAnsi"/>
          <w:b/>
          <w:bCs/>
        </w:rPr>
        <w:t>«Effective_Date»</w:t>
      </w:r>
      <w:r w:rsidRPr="000A0D55">
        <w:rPr>
          <w:rFonts w:asciiTheme="majorHAnsi" w:hAnsiTheme="majorHAnsi" w:cstheme="majorHAnsi"/>
        </w:rPr>
        <w:t>.</w:t>
      </w:r>
    </w:p>
    <w:p w14:paraId="720F4A38" w14:textId="77777777" w:rsidR="005E4651" w:rsidRPr="000A0D55" w:rsidRDefault="005E4651" w:rsidP="005E4651">
      <w:pPr>
        <w:rPr>
          <w:rFonts w:asciiTheme="majorHAnsi" w:hAnsiTheme="majorHAnsi" w:cstheme="majorHAnsi"/>
          <w:b/>
          <w:bCs/>
        </w:rPr>
      </w:pPr>
      <w:r w:rsidRPr="000A0D55">
        <w:rPr>
          <w:rFonts w:asciiTheme="majorHAnsi" w:hAnsiTheme="majorHAnsi" w:cstheme="majorHAnsi"/>
          <w:b/>
          <w:bCs/>
        </w:rPr>
        <w:t>Revised Compensation Details</w:t>
      </w:r>
    </w:p>
    <w:p w14:paraId="4F9F2906" w14:textId="77777777" w:rsidR="005E4651" w:rsidRPr="000A0D55" w:rsidRDefault="005E4651" w:rsidP="005E4651">
      <w:pPr>
        <w:numPr>
          <w:ilvl w:val="0"/>
          <w:numId w:val="10"/>
        </w:numPr>
        <w:rPr>
          <w:rFonts w:asciiTheme="majorHAnsi" w:hAnsiTheme="majorHAnsi" w:cstheme="majorHAnsi"/>
        </w:rPr>
      </w:pPr>
      <w:r w:rsidRPr="000A0D55">
        <w:rPr>
          <w:rFonts w:asciiTheme="majorHAnsi" w:hAnsiTheme="majorHAnsi" w:cstheme="majorHAnsi"/>
          <w:b/>
          <w:bCs/>
        </w:rPr>
        <w:t>Employee ID:</w:t>
      </w:r>
      <w:r w:rsidRPr="000A0D55">
        <w:rPr>
          <w:rFonts w:asciiTheme="majorHAnsi" w:hAnsiTheme="majorHAnsi" w:cstheme="majorHAnsi"/>
        </w:rPr>
        <w:t xml:space="preserve"> «Employee_Id»</w:t>
      </w:r>
    </w:p>
    <w:p w14:paraId="27F5AD90" w14:textId="77777777" w:rsidR="005E4651" w:rsidRPr="000A0D55" w:rsidRDefault="005E4651" w:rsidP="005E4651">
      <w:pPr>
        <w:numPr>
          <w:ilvl w:val="0"/>
          <w:numId w:val="10"/>
        </w:numPr>
        <w:rPr>
          <w:rFonts w:asciiTheme="majorHAnsi" w:hAnsiTheme="majorHAnsi" w:cstheme="majorHAnsi"/>
        </w:rPr>
      </w:pPr>
      <w:r w:rsidRPr="000A0D55">
        <w:rPr>
          <w:rFonts w:asciiTheme="majorHAnsi" w:hAnsiTheme="majorHAnsi" w:cstheme="majorHAnsi"/>
          <w:b/>
          <w:bCs/>
        </w:rPr>
        <w:t>Designation:</w:t>
      </w:r>
      <w:r w:rsidRPr="000A0D55">
        <w:rPr>
          <w:rFonts w:asciiTheme="majorHAnsi" w:hAnsiTheme="majorHAnsi" w:cstheme="majorHAnsi"/>
        </w:rPr>
        <w:t xml:space="preserve"> «Designation»</w:t>
      </w:r>
    </w:p>
    <w:p w14:paraId="171033BF" w14:textId="77777777" w:rsidR="005E4651" w:rsidRPr="000A0D55" w:rsidRDefault="005E4651" w:rsidP="005E4651">
      <w:pPr>
        <w:numPr>
          <w:ilvl w:val="0"/>
          <w:numId w:val="10"/>
        </w:numPr>
        <w:rPr>
          <w:rFonts w:asciiTheme="majorHAnsi" w:hAnsiTheme="majorHAnsi" w:cstheme="majorHAnsi"/>
        </w:rPr>
      </w:pPr>
      <w:r w:rsidRPr="000A0D55">
        <w:rPr>
          <w:rFonts w:asciiTheme="majorHAnsi" w:hAnsiTheme="majorHAnsi" w:cstheme="majorHAnsi"/>
          <w:b/>
          <w:bCs/>
        </w:rPr>
        <w:t>Salary Increase:</w:t>
      </w:r>
      <w:r w:rsidRPr="000A0D55">
        <w:rPr>
          <w:rFonts w:asciiTheme="majorHAnsi" w:hAnsiTheme="majorHAnsi" w:cstheme="majorHAnsi"/>
        </w:rPr>
        <w:t xml:space="preserve"> «Raise_Percentage»%</w:t>
      </w:r>
    </w:p>
    <w:p w14:paraId="639DF655" w14:textId="77777777" w:rsidR="005E4651" w:rsidRPr="000A0D55" w:rsidRDefault="005E4651" w:rsidP="005E4651">
      <w:pPr>
        <w:numPr>
          <w:ilvl w:val="0"/>
          <w:numId w:val="10"/>
        </w:numPr>
        <w:rPr>
          <w:rFonts w:asciiTheme="majorHAnsi" w:hAnsiTheme="majorHAnsi" w:cstheme="majorHAnsi"/>
        </w:rPr>
      </w:pPr>
      <w:r w:rsidRPr="000A0D55">
        <w:rPr>
          <w:rFonts w:asciiTheme="majorHAnsi" w:hAnsiTheme="majorHAnsi" w:cstheme="majorHAnsi"/>
          <w:b/>
          <w:bCs/>
        </w:rPr>
        <w:t>Revised Annual Salary:</w:t>
      </w:r>
      <w:r w:rsidRPr="000A0D55">
        <w:rPr>
          <w:rFonts w:asciiTheme="majorHAnsi" w:hAnsiTheme="majorHAnsi" w:cstheme="majorHAnsi"/>
        </w:rPr>
        <w:t xml:space="preserve"> «Rounded_Salary»</w:t>
      </w:r>
    </w:p>
    <w:p w14:paraId="3E0013D0" w14:textId="77777777" w:rsidR="005E4651" w:rsidRPr="000A0D55" w:rsidRDefault="005E4651" w:rsidP="005E4651">
      <w:pPr>
        <w:numPr>
          <w:ilvl w:val="0"/>
          <w:numId w:val="10"/>
        </w:numPr>
        <w:rPr>
          <w:rFonts w:asciiTheme="majorHAnsi" w:hAnsiTheme="majorHAnsi" w:cstheme="majorHAnsi"/>
        </w:rPr>
      </w:pPr>
      <w:r w:rsidRPr="000A0D55">
        <w:rPr>
          <w:rFonts w:asciiTheme="majorHAnsi" w:hAnsiTheme="majorHAnsi" w:cstheme="majorHAnsi"/>
          <w:b/>
          <w:bCs/>
        </w:rPr>
        <w:t>Effective Date:</w:t>
      </w:r>
      <w:r w:rsidRPr="000A0D55">
        <w:rPr>
          <w:rFonts w:asciiTheme="majorHAnsi" w:hAnsiTheme="majorHAnsi" w:cstheme="majorHAnsi"/>
        </w:rPr>
        <w:t xml:space="preserve"> «Effective_Date»</w:t>
      </w:r>
    </w:p>
    <w:p w14:paraId="2404F2D9"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Your efforts and commitment have played an important role in our continued success, and we sincerely appreciate the value you bring to the team. We are confident that you will continue to make significant contributions and achieve greater milestones in your role.</w:t>
      </w:r>
    </w:p>
    <w:p w14:paraId="6CE531F7"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We congratulate you on this salary revision and wish you continued success and growth within the organization.</w:t>
      </w:r>
    </w:p>
    <w:p w14:paraId="2FBAC758"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Thank you for your dedication and contributions.</w:t>
      </w:r>
    </w:p>
    <w:p w14:paraId="2B7E4320" w14:textId="77777777" w:rsidR="005E4651" w:rsidRPr="000A0D55" w:rsidRDefault="005E4651" w:rsidP="005E4651">
      <w:pPr>
        <w:rPr>
          <w:rFonts w:asciiTheme="majorHAnsi" w:hAnsiTheme="majorHAnsi" w:cstheme="majorHAnsi"/>
        </w:rPr>
      </w:pPr>
      <w:r w:rsidRPr="000A0D55">
        <w:rPr>
          <w:rFonts w:asciiTheme="majorHAnsi" w:hAnsiTheme="majorHAnsi" w:cstheme="majorHAnsi"/>
          <w:b/>
          <w:bCs/>
        </w:rPr>
        <w:t>Sincerely,</w:t>
      </w:r>
    </w:p>
    <w:p w14:paraId="25E1F965" w14:textId="77777777" w:rsidR="005E4651" w:rsidRDefault="005E4651" w:rsidP="005E4651">
      <w:pPr>
        <w:rPr>
          <w:rFonts w:asciiTheme="majorHAnsi" w:hAnsiTheme="majorHAnsi" w:cstheme="majorHAnsi"/>
          <w:b/>
          <w:bCs/>
        </w:rPr>
      </w:pPr>
      <w:r w:rsidRPr="000A0D55">
        <w:rPr>
          <w:rFonts w:asciiTheme="majorHAnsi" w:hAnsiTheme="majorHAnsi" w:cstheme="majorHAnsi"/>
          <w:b/>
          <w:bCs/>
        </w:rPr>
        <w:t>Human Resources</w:t>
      </w:r>
    </w:p>
    <w:p w14:paraId="69295834" w14:textId="77777777" w:rsidR="005E4651" w:rsidRDefault="005E4651" w:rsidP="005E4651">
      <w:pPr>
        <w:rPr>
          <w:rFonts w:asciiTheme="majorHAnsi" w:hAnsiTheme="majorHAnsi" w:cstheme="majorHAnsi"/>
          <w:b/>
          <w:bCs/>
        </w:rPr>
      </w:pPr>
    </w:p>
    <w:p w14:paraId="7229ABCA" w14:textId="77777777" w:rsidR="005E4651" w:rsidRDefault="005E4651" w:rsidP="005E4651">
      <w:pPr>
        <w:rPr>
          <w:rFonts w:asciiTheme="majorHAnsi" w:hAnsiTheme="majorHAnsi" w:cstheme="majorHAnsi"/>
          <w:b/>
          <w:bCs/>
        </w:rPr>
      </w:pPr>
    </w:p>
    <w:p w14:paraId="43B0499C"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lastRenderedPageBreak/>
        <w:t>I acknowledge receipt of this Salary Revision Letter and understand that the revised compensation outlined above will take effect from «Effective_Date».</w:t>
      </w:r>
    </w:p>
    <w:p w14:paraId="5D04CECB"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Employee Signature:</w:t>
      </w:r>
    </w:p>
    <w:p w14:paraId="1C7E3BE2" w14:textId="77777777" w:rsidR="005E4651" w:rsidRPr="00F41136" w:rsidRDefault="005E4651" w:rsidP="005E4651">
      <w:pPr>
        <w:rPr>
          <w:sz w:val="40"/>
          <w:szCs w:val="40"/>
        </w:rPr>
      </w:pPr>
      <w:r w:rsidRPr="00F41136">
        <w:rPr>
          <w:color w:val="FFFFFF"/>
          <w:sz w:val="40"/>
          <w:szCs w:val="40"/>
        </w:rPr>
        <w:t>{{sign|1|*}}</w:t>
      </w:r>
    </w:p>
    <w:p w14:paraId="31CC036D"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Employee Name: «Employee_Name»</w:t>
      </w:r>
    </w:p>
    <w:p w14:paraId="7AAC3A85" w14:textId="77777777" w:rsidR="005E4651" w:rsidRPr="000A0D55" w:rsidRDefault="005E4651" w:rsidP="005E4651">
      <w:pPr>
        <w:rPr>
          <w:rFonts w:asciiTheme="majorHAnsi" w:hAnsiTheme="majorHAnsi" w:cstheme="majorHAnsi"/>
        </w:rPr>
      </w:pPr>
      <w:r w:rsidRPr="000A0D55">
        <w:rPr>
          <w:rFonts w:asciiTheme="majorHAnsi" w:hAnsiTheme="majorHAnsi" w:cstheme="majorHAnsi"/>
        </w:rPr>
        <w:t>Employee ID: «Employee_Id»</w:t>
      </w:r>
    </w:p>
    <w:p w14:paraId="3C4DFCEC" w14:textId="77777777" w:rsidR="005E4651" w:rsidRPr="00F41136" w:rsidRDefault="005E4651" w:rsidP="005E4651">
      <w:pPr>
        <w:rPr>
          <w:sz w:val="40"/>
          <w:szCs w:val="40"/>
        </w:rPr>
      </w:pPr>
      <w:r w:rsidRPr="000A0D55">
        <w:rPr>
          <w:rFonts w:asciiTheme="majorHAnsi" w:hAnsiTheme="majorHAnsi" w:cstheme="majorHAnsi"/>
        </w:rPr>
        <w:t xml:space="preserve">Date: </w:t>
      </w:r>
      <w:r w:rsidRPr="000A0D55">
        <w:rPr>
          <w:color w:val="FFFFFF" w:themeColor="background1"/>
          <w:sz w:val="32"/>
          <w:szCs w:val="32"/>
        </w:rPr>
        <w:t>{{date|1|*}}</w:t>
      </w:r>
    </w:p>
    <w:p w14:paraId="16ECC646" w14:textId="77777777" w:rsidR="005E4651" w:rsidRPr="000A0D55" w:rsidRDefault="005E4651" w:rsidP="005E4651">
      <w:pPr>
        <w:rPr>
          <w:sz w:val="40"/>
          <w:szCs w:val="40"/>
        </w:rPr>
      </w:pPr>
    </w:p>
    <w:p w14:paraId="147F2B6C" w14:textId="77777777" w:rsidR="005E4651" w:rsidRPr="000A0D55" w:rsidRDefault="005E4651" w:rsidP="005E4651">
      <w:pPr>
        <w:rPr>
          <w:rFonts w:asciiTheme="majorHAnsi" w:hAnsiTheme="majorHAnsi" w:cstheme="majorHAnsi"/>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896903" w14:textId="454604BD" w:rsidR="00B732DC" w:rsidRPr="005E4651" w:rsidRDefault="00B732DC" w:rsidP="005E4651"/>
    <w:sectPr w:rsidR="00B732DC" w:rsidRPr="005E4651" w:rsidSect="005E46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C5C75EF"/>
    <w:multiLevelType w:val="multilevel"/>
    <w:tmpl w:val="6A5A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6391958">
    <w:abstractNumId w:val="8"/>
  </w:num>
  <w:num w:numId="2" w16cid:durableId="2029983196">
    <w:abstractNumId w:val="6"/>
  </w:num>
  <w:num w:numId="3" w16cid:durableId="1331300564">
    <w:abstractNumId w:val="5"/>
  </w:num>
  <w:num w:numId="4" w16cid:durableId="261492946">
    <w:abstractNumId w:val="4"/>
  </w:num>
  <w:num w:numId="5" w16cid:durableId="900359924">
    <w:abstractNumId w:val="7"/>
  </w:num>
  <w:num w:numId="6" w16cid:durableId="409549712">
    <w:abstractNumId w:val="3"/>
  </w:num>
  <w:num w:numId="7" w16cid:durableId="99372595">
    <w:abstractNumId w:val="2"/>
  </w:num>
  <w:num w:numId="8" w16cid:durableId="1375807931">
    <w:abstractNumId w:val="1"/>
  </w:num>
  <w:num w:numId="9" w16cid:durableId="1097796773">
    <w:abstractNumId w:val="0"/>
  </w:num>
  <w:num w:numId="10" w16cid:durableId="374370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62F8"/>
    <w:rsid w:val="001C416C"/>
    <w:rsid w:val="0029639D"/>
    <w:rsid w:val="00326F90"/>
    <w:rsid w:val="003F7A11"/>
    <w:rsid w:val="00415279"/>
    <w:rsid w:val="005E4651"/>
    <w:rsid w:val="0063322B"/>
    <w:rsid w:val="00A3419C"/>
    <w:rsid w:val="00AA1D8D"/>
    <w:rsid w:val="00B47730"/>
    <w:rsid w:val="00B732DC"/>
    <w:rsid w:val="00CB0664"/>
    <w:rsid w:val="00D33E73"/>
    <w:rsid w:val="00D65716"/>
    <w:rsid w:val="00DF5F00"/>
    <w:rsid w:val="00E26C0B"/>
    <w:rsid w:val="00EB08AC"/>
    <w:rsid w:val="00F16AAD"/>
    <w:rsid w:val="00F41136"/>
    <w:rsid w:val="00FC693F"/>
    <w:rsid w:val="227B4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727868F-A904-45BA-8D68-2D791919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Gopinath Kannusamy</dc:creator>
  <cp:keywords/>
  <dc:description>generated by python-docx</dc:description>
  <cp:lastModifiedBy>Gopinath Kannusamy</cp:lastModifiedBy>
  <cp:revision>8</cp:revision>
  <dcterms:created xsi:type="dcterms:W3CDTF">2026-07-09T08:12:00Z</dcterms:created>
  <dcterms:modified xsi:type="dcterms:W3CDTF">2026-08-20T12:23:00Z</dcterms:modified>
  <cp:category/>
</cp:coreProperties>
</file>